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5DAB9" w14:textId="77777777" w:rsidR="00980A92" w:rsidRPr="00754367" w:rsidRDefault="00980A92" w:rsidP="00980A92">
      <w:pPr>
        <w:spacing w:after="0" w:line="240" w:lineRule="auto"/>
        <w:jc w:val="center"/>
        <w:rPr>
          <w:rFonts w:cs="Times New Roman"/>
          <w:b/>
          <w:sz w:val="36"/>
          <w:szCs w:val="36"/>
        </w:rPr>
      </w:pPr>
      <w:bookmarkStart w:id="0" w:name="_Hlk483317889"/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</w:rPr>
        <w:t>(s)</w:t>
      </w:r>
    </w:p>
    <w:p w14:paraId="4794D142" w14:textId="77777777" w:rsidR="00980A92" w:rsidRPr="00546839" w:rsidRDefault="00980A92" w:rsidP="00980A92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14:paraId="332CB9F4" w14:textId="77777777" w:rsidR="00980A92" w:rsidRDefault="00980A92" w:rsidP="00980A92">
      <w:pPr>
        <w:spacing w:after="0" w:line="240" w:lineRule="auto"/>
        <w:jc w:val="center"/>
      </w:pPr>
    </w:p>
    <w:bookmarkEnd w:id="0"/>
    <w:p w14:paraId="55E68B79" w14:textId="77777777" w:rsidR="00980A92" w:rsidRPr="00DD7F0D" w:rsidRDefault="00980A92" w:rsidP="00980A92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……</w:t>
      </w:r>
    </w:p>
    <w:p w14:paraId="088185E4" w14:textId="77777777" w:rsidR="00980A92" w:rsidRPr="00DD7F0D" w:rsidRDefault="00980A92" w:rsidP="00980A92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……</w:t>
      </w:r>
    </w:p>
    <w:p w14:paraId="6BFA22A3" w14:textId="77777777" w:rsidR="00980A92" w:rsidRDefault="00980A92" w:rsidP="00980A92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……</w:t>
      </w:r>
    </w:p>
    <w:p w14:paraId="760FCADC" w14:textId="77777777" w:rsidR="00980A92" w:rsidRDefault="00980A92" w:rsidP="00980A92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</w:p>
    <w:p w14:paraId="56E65FAB" w14:textId="77777777" w:rsidR="00980A92" w:rsidRDefault="00980A92" w:rsidP="00980A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[1] [Setting &amp; Infrastructure]</w:t>
      </w:r>
    </w:p>
    <w:p w14:paraId="5EF105CD" w14:textId="77777777" w:rsidR="00980A92" w:rsidRDefault="00980A92" w:rsidP="00980A92">
      <w:pPr>
        <w:spacing w:after="0" w:line="240" w:lineRule="auto"/>
        <w:rPr>
          <w:rFonts w:cstheme="minorHAnsi"/>
          <w:b/>
        </w:rPr>
      </w:pPr>
    </w:p>
    <w:p w14:paraId="5F786BC7" w14:textId="77777777" w:rsidR="00980A92" w:rsidRPr="006C40A2" w:rsidRDefault="00980A92" w:rsidP="00980A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[1.7] </w:t>
      </w:r>
      <w:r w:rsidRPr="00DD7F0D">
        <w:rPr>
          <w:rFonts w:cstheme="minorHAnsi"/>
          <w:b/>
        </w:rPr>
        <w:t>Total campus buildings area</w:t>
      </w:r>
    </w:p>
    <w:p w14:paraId="29CB971F" w14:textId="77777777" w:rsidR="000146E5" w:rsidRDefault="000146E5"/>
    <w:p w14:paraId="02715456" w14:textId="77777777" w:rsidR="000146E5" w:rsidRDefault="000146E5"/>
    <w:p w14:paraId="50BD1313" w14:textId="77777777" w:rsidR="000146E5" w:rsidRDefault="00432EFE">
      <w:r>
        <w:rPr>
          <w:b/>
          <w:color w:val="2F75B5"/>
          <w:sz w:val="24"/>
        </w:rPr>
        <w:t>4. Evidence Attachments</w:t>
      </w:r>
    </w:p>
    <w:p w14:paraId="0091A3B7" w14:textId="77777777" w:rsidR="000146E5" w:rsidRDefault="00432EFE">
      <w:pPr>
        <w:jc w:val="both"/>
      </w:pPr>
      <w:r>
        <w:t>The following selected images support the building area and facility distribution information provided above.</w:t>
      </w:r>
    </w:p>
    <w:p w14:paraId="6E42457F" w14:textId="77777777" w:rsidR="000146E5" w:rsidRDefault="00432EFE">
      <w:pPr>
        <w:jc w:val="center"/>
      </w:pPr>
      <w:r>
        <w:rPr>
          <w:noProof/>
        </w:rPr>
        <w:drawing>
          <wp:inline distT="0" distB="0" distL="0" distR="0" wp14:anchorId="6872C7AC" wp14:editId="16630567">
            <wp:extent cx="5669280" cy="358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5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04CE" w14:textId="77777777" w:rsidR="000146E5" w:rsidRDefault="00432EFE">
      <w:pPr>
        <w:jc w:val="center"/>
      </w:pPr>
      <w:r>
        <w:rPr>
          <w:i/>
          <w:color w:val="505050"/>
          <w:sz w:val="18"/>
        </w:rPr>
        <w:t>Figure 1. Map view showing the ASIFL campus location and measured campus boundary.</w:t>
      </w:r>
    </w:p>
    <w:p w14:paraId="2DD25F54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6FD2F3D1" wp14:editId="0AE089FF">
            <wp:extent cx="5669280" cy="5881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8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E32B" w14:textId="77777777" w:rsidR="000146E5" w:rsidRDefault="00432EFE">
      <w:pPr>
        <w:jc w:val="center"/>
      </w:pPr>
      <w:r>
        <w:rPr>
          <w:i/>
          <w:color w:val="505050"/>
          <w:sz w:val="18"/>
        </w:rPr>
        <w:t>Figure 2. Main campus layout plan showing academic and administrative buildings.</w:t>
      </w:r>
    </w:p>
    <w:p w14:paraId="62DAD7AA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631AB2DB" wp14:editId="124C76BE">
            <wp:extent cx="4465443" cy="62179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443" cy="621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7618" w14:textId="77777777" w:rsidR="000146E5" w:rsidRDefault="00432EFE">
      <w:pPr>
        <w:jc w:val="center"/>
      </w:pPr>
      <w:r>
        <w:rPr>
          <w:i/>
          <w:color w:val="505050"/>
          <w:sz w:val="18"/>
        </w:rPr>
        <w:t>Figure 3. Technical evidence sheet for a main building facility.</w:t>
      </w:r>
    </w:p>
    <w:p w14:paraId="410F2852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1A74222E" wp14:editId="744FF94D">
            <wp:extent cx="4663440" cy="6217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B511" w14:textId="77777777" w:rsidR="000146E5" w:rsidRDefault="00432EFE">
      <w:pPr>
        <w:jc w:val="center"/>
      </w:pPr>
      <w:r>
        <w:rPr>
          <w:i/>
          <w:color w:val="505050"/>
          <w:sz w:val="18"/>
        </w:rPr>
        <w:t>Figure 4. Technical evidence sheet and building plan.</w:t>
      </w:r>
    </w:p>
    <w:p w14:paraId="4D514C54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3B1C00D3" wp14:editId="3C587040">
            <wp:extent cx="5669280" cy="62022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20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15CC" w14:textId="77777777" w:rsidR="000146E5" w:rsidRDefault="00432EFE">
      <w:pPr>
        <w:jc w:val="center"/>
      </w:pPr>
      <w:r>
        <w:rPr>
          <w:i/>
          <w:color w:val="505050"/>
          <w:sz w:val="18"/>
        </w:rPr>
        <w:t>Figure 5. Academic building photograph.</w:t>
      </w:r>
    </w:p>
    <w:p w14:paraId="29530070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27D719AC" wp14:editId="0200ADD6">
            <wp:extent cx="5669280" cy="43234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8D8B" w14:textId="77777777" w:rsidR="000146E5" w:rsidRDefault="00432EFE">
      <w:pPr>
        <w:jc w:val="center"/>
      </w:pPr>
      <w:r>
        <w:rPr>
          <w:i/>
          <w:color w:val="505050"/>
          <w:sz w:val="18"/>
        </w:rPr>
        <w:t>Figure 6. Academic / administrative building photograph.</w:t>
      </w:r>
    </w:p>
    <w:p w14:paraId="10F70AEE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6F198FC1" wp14:editId="42ACD4FA">
            <wp:extent cx="5669280" cy="49766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97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02A2" w14:textId="77777777" w:rsidR="000146E5" w:rsidRDefault="00432EFE">
      <w:pPr>
        <w:jc w:val="center"/>
      </w:pPr>
      <w:r>
        <w:rPr>
          <w:i/>
          <w:color w:val="505050"/>
          <w:sz w:val="18"/>
        </w:rPr>
        <w:t>Figure 7. Sports / recreational facility photograph.</w:t>
      </w:r>
    </w:p>
    <w:p w14:paraId="5450E734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7B7360F2" wp14:editId="145B13DC">
            <wp:extent cx="5278056" cy="55674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1114" cy="55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9487" w14:textId="77777777" w:rsidR="000146E5" w:rsidRDefault="00432EFE">
      <w:pPr>
        <w:jc w:val="center"/>
      </w:pPr>
      <w:r>
        <w:rPr>
          <w:i/>
          <w:color w:val="505050"/>
          <w:sz w:val="18"/>
        </w:rPr>
        <w:t>Figure 8. Multi-storey institute building photograph.</w:t>
      </w:r>
    </w:p>
    <w:p w14:paraId="49C8C254" w14:textId="77777777" w:rsidR="000146E5" w:rsidRDefault="00432EFE">
      <w:pPr>
        <w:jc w:val="center"/>
      </w:pPr>
      <w:r>
        <w:rPr>
          <w:noProof/>
        </w:rPr>
        <w:lastRenderedPageBreak/>
        <w:drawing>
          <wp:inline distT="0" distB="0" distL="0" distR="0" wp14:anchorId="0515A0CA" wp14:editId="29C60BE6">
            <wp:extent cx="5669280" cy="61832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18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EEB4" w14:textId="77777777" w:rsidR="000146E5" w:rsidRDefault="00432EFE">
      <w:pPr>
        <w:jc w:val="center"/>
      </w:pPr>
      <w:r>
        <w:rPr>
          <w:i/>
          <w:color w:val="505050"/>
          <w:sz w:val="18"/>
        </w:rPr>
        <w:t>Figure 9. Affiliated land / garden layout evidence.</w:t>
      </w:r>
    </w:p>
    <w:p w14:paraId="1E792F3B" w14:textId="77777777" w:rsidR="000146E5" w:rsidRDefault="00432EFE">
      <w:r>
        <w:rPr>
          <w:b/>
          <w:color w:val="2F75B5"/>
          <w:sz w:val="24"/>
        </w:rPr>
        <w:t xml:space="preserve"> Verification Statement</w:t>
      </w:r>
    </w:p>
    <w:p w14:paraId="2A15BAFC" w14:textId="77777777" w:rsidR="00980A92" w:rsidRDefault="00432EFE">
      <w:pPr>
        <w:jc w:val="both"/>
      </w:pPr>
      <w:r>
        <w:t>Based on the available evidence, the total identified campus buildings/facilities area of Andijan State Institute of Foreign Languages is 24,818.54 m². Supporting land and green areas are reported separately and are not included in this total</w:t>
      </w:r>
    </w:p>
    <w:p w14:paraId="1EB31324" w14:textId="77777777" w:rsidR="00980A92" w:rsidRDefault="00980A92" w:rsidP="00980A92"/>
    <w:p w14:paraId="56F20B64" w14:textId="77777777" w:rsidR="00980A92" w:rsidRPr="00980A92" w:rsidRDefault="00980A92" w:rsidP="00980A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A92">
        <w:rPr>
          <w:rFonts w:ascii="Times New Roman" w:hAnsi="Times New Roman" w:cs="Times New Roman"/>
          <w:sz w:val="24"/>
          <w:szCs w:val="24"/>
        </w:rPr>
        <w:lastRenderedPageBreak/>
        <w:t>Description:</w:t>
      </w:r>
    </w:p>
    <w:p w14:paraId="1EABE7D4" w14:textId="77777777" w:rsidR="00980A92" w:rsidRDefault="00980A92" w:rsidP="00980A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96417" w14:textId="77777777" w:rsidR="00980A92" w:rsidRPr="00980A92" w:rsidRDefault="00980A92" w:rsidP="009E5E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A92">
        <w:rPr>
          <w:rFonts w:ascii="Times New Roman" w:hAnsi="Times New Roman" w:cs="Times New Roman"/>
          <w:sz w:val="24"/>
          <w:szCs w:val="24"/>
        </w:rPr>
        <w:t>The Andijan State Institute of Foreign Languages (ASIFL) maintains academic, administrative, residential, sport, service and affiliated facilities to support teaching, learning and student life.</w:t>
      </w:r>
    </w:p>
    <w:p w14:paraId="6BB1A969" w14:textId="77777777" w:rsidR="00980A92" w:rsidRPr="00980A92" w:rsidRDefault="00980A92" w:rsidP="009E5E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A92">
        <w:rPr>
          <w:rFonts w:ascii="Times New Roman" w:hAnsi="Times New Roman" w:cs="Times New Roman"/>
          <w:sz w:val="24"/>
          <w:szCs w:val="24"/>
        </w:rPr>
        <w:t>The total identified campus buildings/facilities area is 24,818.54 m². This value is calculated from the technical inventory and cadastral data presented in the supporting evidence.</w:t>
      </w:r>
    </w:p>
    <w:p w14:paraId="19BCFFEE" w14:textId="77777777" w:rsidR="00980A92" w:rsidRPr="00980A92" w:rsidRDefault="00980A92" w:rsidP="009E5E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A92">
        <w:rPr>
          <w:rFonts w:ascii="Times New Roman" w:hAnsi="Times New Roman" w:cs="Times New Roman"/>
          <w:sz w:val="24"/>
          <w:szCs w:val="24"/>
        </w:rPr>
        <w:t>Land-only areas are reported separately in order to avoid double counting. For example, the affiliated garden area and the full Summer Camp territory are shown as supporting land/green areas, while only the building structures of the Summer Camp are included in the building area calculation.</w:t>
      </w:r>
    </w:p>
    <w:p w14:paraId="02B31EC3" w14:textId="77777777" w:rsidR="00980A92" w:rsidRDefault="00980A92" w:rsidP="009E5E69">
      <w:pPr>
        <w:spacing w:after="0"/>
        <w:ind w:firstLine="720"/>
        <w:jc w:val="both"/>
      </w:pPr>
      <w:r w:rsidRPr="00980A92">
        <w:rPr>
          <w:rFonts w:ascii="Times New Roman" w:hAnsi="Times New Roman" w:cs="Times New Roman"/>
          <w:sz w:val="24"/>
          <w:szCs w:val="24"/>
        </w:rPr>
        <w:t>The evidence includes technical layout documents, building plans, photographs and maps showing the location, area size and distribution of main facilities relevant to the indicator.</w:t>
      </w:r>
    </w:p>
    <w:p w14:paraId="2CAFD564" w14:textId="77777777" w:rsidR="00980A92" w:rsidRDefault="00980A92" w:rsidP="009E5E69">
      <w:pPr>
        <w:spacing w:after="0"/>
        <w:ind w:firstLine="720"/>
        <w:jc w:val="both"/>
      </w:pPr>
    </w:p>
    <w:p w14:paraId="709A19CC" w14:textId="77777777" w:rsidR="00980A92" w:rsidRDefault="00980A92" w:rsidP="00980A92">
      <w:pPr>
        <w:spacing w:after="0" w:line="360" w:lineRule="auto"/>
        <w:ind w:firstLine="720"/>
        <w:jc w:val="both"/>
      </w:pPr>
      <w:r>
        <w:rPr>
          <w:b/>
          <w:color w:val="2F75B5"/>
          <w:sz w:val="24"/>
        </w:rPr>
        <w:t>1. Calculation Summary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00980A92" w14:paraId="59CE754C" w14:textId="77777777" w:rsidTr="00E04417">
        <w:trPr>
          <w:cantSplit/>
          <w:tblHeader/>
          <w:jc w:val="center"/>
        </w:trPr>
        <w:tc>
          <w:tcPr>
            <w:tcW w:w="3475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2DC87FD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3475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159EFDE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Building / facility group</w:t>
            </w:r>
          </w:p>
        </w:tc>
        <w:tc>
          <w:tcPr>
            <w:tcW w:w="3475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253F443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Area (m²)</w:t>
            </w:r>
          </w:p>
        </w:tc>
      </w:tr>
      <w:tr w:rsidR="00980A92" w14:paraId="7127FD43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076BEF9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689328B" w14:textId="77777777" w:rsidR="00980A92" w:rsidRDefault="00980A92" w:rsidP="00E04417">
            <w:r>
              <w:rPr>
                <w:sz w:val="18"/>
              </w:rPr>
              <w:t>Main campus academic, administrative and auxiliary buildings (Buildings A/B)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864E167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9,579.11</w:t>
            </w:r>
          </w:p>
        </w:tc>
      </w:tr>
      <w:tr w:rsidR="00980A92" w14:paraId="76EDD83B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62BF32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F1C8DF6" w14:textId="77777777" w:rsidR="00980A92" w:rsidRDefault="00980A92" w:rsidP="00E04417">
            <w:r>
              <w:rPr>
                <w:sz w:val="18"/>
              </w:rPr>
              <w:t>Building C / Faculty of Romano-Germanic and Slavic Languages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57F124D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5,854.41</w:t>
            </w:r>
          </w:p>
        </w:tc>
      </w:tr>
      <w:tr w:rsidR="00980A92" w14:paraId="7CDCAF04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D8D3B7C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E2FB4D3" w14:textId="77777777" w:rsidR="00980A92" w:rsidRDefault="00980A92" w:rsidP="00E04417">
            <w:r>
              <w:rPr>
                <w:sz w:val="18"/>
              </w:rPr>
              <w:t>Student Dormitory 1 &amp; 2 complex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738E603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4,495.57</w:t>
            </w:r>
          </w:p>
        </w:tc>
      </w:tr>
      <w:tr w:rsidR="00980A92" w14:paraId="654BCEEB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93339E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D41C3CF" w14:textId="77777777" w:rsidR="00980A92" w:rsidRDefault="00980A92" w:rsidP="00E04417">
            <w:r>
              <w:rPr>
                <w:sz w:val="18"/>
              </w:rPr>
              <w:t>Student Dormitory 3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F01DB6D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3,562.40</w:t>
            </w:r>
          </w:p>
        </w:tc>
      </w:tr>
      <w:tr w:rsidR="00980A92" w14:paraId="0502ED51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84E03E9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3F8C2C2" w14:textId="77777777" w:rsidR="00980A92" w:rsidRDefault="00980A92" w:rsidP="00E04417">
            <w:r>
              <w:rPr>
                <w:sz w:val="18"/>
              </w:rPr>
              <w:t>ALTAIIM building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546066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566.05</w:t>
            </w:r>
          </w:p>
        </w:tc>
      </w:tr>
      <w:tr w:rsidR="00980A92" w14:paraId="40218462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57021C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F8C32B" w14:textId="77777777" w:rsidR="00980A92" w:rsidRDefault="00980A92" w:rsidP="00E04417">
            <w:r>
              <w:rPr>
                <w:sz w:val="18"/>
              </w:rPr>
              <w:t>Summer Camp building structures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263F7AD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761.00</w:t>
            </w:r>
          </w:p>
        </w:tc>
      </w:tr>
      <w:tr w:rsidR="00980A92" w14:paraId="737B48AB" w14:textId="77777777" w:rsidTr="00E04417">
        <w:trPr>
          <w:cantSplit/>
          <w:jc w:val="center"/>
        </w:trPr>
        <w:tc>
          <w:tcPr>
            <w:tcW w:w="3475" w:type="dxa"/>
            <w:shd w:val="clear" w:color="auto" w:fill="D9EAF7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0E089F4" w14:textId="77777777" w:rsidR="00980A92" w:rsidRDefault="00980A92" w:rsidP="00E04417"/>
        </w:tc>
        <w:tc>
          <w:tcPr>
            <w:tcW w:w="3475" w:type="dxa"/>
            <w:shd w:val="clear" w:color="auto" w:fill="D9EAF7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1193421" w14:textId="77777777" w:rsidR="00980A92" w:rsidRDefault="00980A92" w:rsidP="00E04417">
            <w:r>
              <w:rPr>
                <w:b/>
                <w:sz w:val="18"/>
              </w:rPr>
              <w:t>Total identified campus buildings/facilities area</w:t>
            </w:r>
          </w:p>
        </w:tc>
        <w:tc>
          <w:tcPr>
            <w:tcW w:w="3475" w:type="dxa"/>
            <w:shd w:val="clear" w:color="auto" w:fill="D9EAF7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EF18B56" w14:textId="77777777" w:rsidR="00980A92" w:rsidRDefault="00980A92" w:rsidP="00E04417">
            <w:pPr>
              <w:jc w:val="right"/>
            </w:pPr>
            <w:r>
              <w:rPr>
                <w:b/>
                <w:sz w:val="18"/>
              </w:rPr>
              <w:t>24,818.54</w:t>
            </w:r>
          </w:p>
        </w:tc>
      </w:tr>
    </w:tbl>
    <w:p w14:paraId="5B9FAD93" w14:textId="77777777" w:rsidR="00980A92" w:rsidRDefault="00980A92" w:rsidP="00980A92">
      <w:pPr>
        <w:spacing w:after="120"/>
        <w:rPr>
          <w:b/>
          <w:sz w:val="18"/>
        </w:rPr>
      </w:pPr>
    </w:p>
    <w:p w14:paraId="17D2B825" w14:textId="77777777" w:rsidR="00980A92" w:rsidRDefault="00980A92" w:rsidP="00980A92">
      <w:pPr>
        <w:spacing w:after="120"/>
      </w:pPr>
      <w:r>
        <w:rPr>
          <w:b/>
          <w:sz w:val="18"/>
        </w:rPr>
        <w:t xml:space="preserve">Note: </w:t>
      </w:r>
      <w:r>
        <w:rPr>
          <w:i/>
          <w:sz w:val="18"/>
        </w:rPr>
        <w:t>The calculation includes buildings and facility structures. Land-only areas are listed in a separate table below and are not added to the total campus buildings area.</w:t>
      </w:r>
    </w:p>
    <w:p w14:paraId="09EF31D2" w14:textId="77777777" w:rsidR="00980A92" w:rsidRDefault="00980A92" w:rsidP="00980A92">
      <w:r>
        <w:rPr>
          <w:b/>
          <w:color w:val="2F75B5"/>
          <w:sz w:val="24"/>
        </w:rPr>
        <w:t>2. Additional Land / Green Areas Reported Separately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00980A92" w14:paraId="152C971A" w14:textId="77777777" w:rsidTr="00E04417">
        <w:trPr>
          <w:cantSplit/>
          <w:tblHeader/>
          <w:jc w:val="center"/>
        </w:trPr>
        <w:tc>
          <w:tcPr>
            <w:tcW w:w="3475" w:type="dxa"/>
            <w:shd w:val="clear" w:color="auto" w:fill="548235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856F89E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3475" w:type="dxa"/>
            <w:shd w:val="clear" w:color="auto" w:fill="548235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B8C8921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Land / green area</w:t>
            </w:r>
          </w:p>
        </w:tc>
        <w:tc>
          <w:tcPr>
            <w:tcW w:w="3475" w:type="dxa"/>
            <w:shd w:val="clear" w:color="auto" w:fill="548235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975BEFB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Area (m²)</w:t>
            </w:r>
          </w:p>
        </w:tc>
      </w:tr>
      <w:tr w:rsidR="00980A92" w14:paraId="06588F03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AAD73D8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B42168A" w14:textId="77777777" w:rsidR="00980A92" w:rsidRDefault="00980A92" w:rsidP="00E04417">
            <w:r>
              <w:rPr>
                <w:sz w:val="18"/>
              </w:rPr>
              <w:t>Affiliated garden of ASIFL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1676348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11,402.00</w:t>
            </w:r>
          </w:p>
        </w:tc>
      </w:tr>
      <w:tr w:rsidR="00980A92" w14:paraId="17E0D6D8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E730F01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F135394" w14:textId="77777777" w:rsidR="00980A92" w:rsidRDefault="00980A92" w:rsidP="00E04417">
            <w:r>
              <w:rPr>
                <w:sz w:val="18"/>
              </w:rPr>
              <w:t>Total Summer Camp territory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37A5A23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35,000.00</w:t>
            </w:r>
          </w:p>
        </w:tc>
      </w:tr>
    </w:tbl>
    <w:p w14:paraId="279EE60D" w14:textId="77777777" w:rsidR="00980A92" w:rsidRDefault="00980A92" w:rsidP="00980A92">
      <w:pPr>
        <w:rPr>
          <w:b/>
          <w:color w:val="2F75B5"/>
          <w:sz w:val="24"/>
        </w:rPr>
      </w:pPr>
    </w:p>
    <w:p w14:paraId="15EC4270" w14:textId="77777777" w:rsidR="00980A92" w:rsidRDefault="00980A92" w:rsidP="00980A92">
      <w:pPr>
        <w:rPr>
          <w:b/>
          <w:color w:val="2F75B5"/>
          <w:sz w:val="24"/>
        </w:rPr>
      </w:pPr>
    </w:p>
    <w:p w14:paraId="23BD81A1" w14:textId="77777777" w:rsidR="00980A92" w:rsidRDefault="00980A92" w:rsidP="00980A92">
      <w:r>
        <w:rPr>
          <w:b/>
          <w:color w:val="2F75B5"/>
          <w:sz w:val="24"/>
        </w:rPr>
        <w:t>3. Detailed Building Area Data</w:t>
      </w:r>
    </w:p>
    <w:p w14:paraId="3822C725" w14:textId="77777777" w:rsidR="00980A92" w:rsidRDefault="00980A92" w:rsidP="00980A92">
      <w:r>
        <w:rPr>
          <w:b/>
          <w:sz w:val="22"/>
        </w:rPr>
        <w:lastRenderedPageBreak/>
        <w:t>3.1 Main Campus Academic, Administrative and Auxiliary Buildings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606"/>
        <w:gridCol w:w="2606"/>
        <w:gridCol w:w="2606"/>
        <w:gridCol w:w="2606"/>
      </w:tblGrid>
      <w:tr w:rsidR="00980A92" w14:paraId="048E89FC" w14:textId="77777777" w:rsidTr="00E04417">
        <w:trPr>
          <w:cantSplit/>
          <w:tblHeader/>
          <w:jc w:val="center"/>
        </w:trPr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93E9F20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Code</w:t>
            </w:r>
          </w:p>
        </w:tc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26B4971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Name of building / structure</w:t>
            </w:r>
          </w:p>
        </w:tc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8ED6471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Floors</w:t>
            </w:r>
          </w:p>
        </w:tc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6332E92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Area (m²)</w:t>
            </w:r>
          </w:p>
        </w:tc>
      </w:tr>
      <w:tr w:rsidR="00980A92" w14:paraId="47E21ED5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502E15" w14:textId="77777777" w:rsidR="00980A92" w:rsidRDefault="00980A92" w:rsidP="00E04417">
            <w:r>
              <w:rPr>
                <w:sz w:val="18"/>
              </w:rPr>
              <w:t>.0001 (A-A1-A3)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E04DBE7" w14:textId="77777777" w:rsidR="00980A92" w:rsidRDefault="00980A92" w:rsidP="00E04417">
            <w:r>
              <w:rPr>
                <w:sz w:val="18"/>
              </w:rPr>
              <w:t>Educational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B752BED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922D213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910.00</w:t>
            </w:r>
          </w:p>
        </w:tc>
      </w:tr>
      <w:tr w:rsidR="00980A92" w14:paraId="21551213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8C5BC00" w14:textId="77777777" w:rsidR="00980A92" w:rsidRDefault="00980A92" w:rsidP="00E04417">
            <w:r>
              <w:rPr>
                <w:sz w:val="18"/>
              </w:rPr>
              <w:t>.0002 (A3)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4CA380B" w14:textId="77777777" w:rsidR="00980A92" w:rsidRDefault="00980A92" w:rsidP="00E04417">
            <w:r>
              <w:rPr>
                <w:sz w:val="18"/>
              </w:rPr>
              <w:t>Guardhouse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CD4FB5A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1BB811D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14.95</w:t>
            </w:r>
          </w:p>
        </w:tc>
      </w:tr>
      <w:tr w:rsidR="00980A92" w14:paraId="32071983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7A322E4" w14:textId="77777777" w:rsidR="00980A92" w:rsidRDefault="00980A92" w:rsidP="00E04417">
            <w:r>
              <w:rPr>
                <w:sz w:val="18"/>
              </w:rPr>
              <w:t>.0003 (B-B1)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87E6351" w14:textId="77777777" w:rsidR="00980A92" w:rsidRDefault="00980A92" w:rsidP="00E04417">
            <w:r>
              <w:rPr>
                <w:sz w:val="18"/>
              </w:rPr>
              <w:t>Educational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3B4CFC7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A93C55C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1,221.56</w:t>
            </w:r>
          </w:p>
        </w:tc>
      </w:tr>
      <w:tr w:rsidR="00980A92" w14:paraId="0A5A1D4F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56A8E2E" w14:textId="77777777" w:rsidR="00980A92" w:rsidRDefault="00980A92" w:rsidP="00E04417">
            <w:r>
              <w:rPr>
                <w:sz w:val="18"/>
              </w:rPr>
              <w:t>.0004 (B3)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3DD6182" w14:textId="77777777" w:rsidR="00980A92" w:rsidRDefault="00980A92" w:rsidP="00E04417">
            <w:r>
              <w:rPr>
                <w:sz w:val="18"/>
              </w:rPr>
              <w:t>Educational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EF2C086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1D097BE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283.79</w:t>
            </w:r>
          </w:p>
        </w:tc>
      </w:tr>
      <w:tr w:rsidR="00980A92" w14:paraId="7574F447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E23058A" w14:textId="77777777" w:rsidR="00980A92" w:rsidRDefault="00980A92" w:rsidP="00E04417">
            <w:r>
              <w:rPr>
                <w:sz w:val="18"/>
              </w:rPr>
              <w:t>.0006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0984E8E" w14:textId="77777777" w:rsidR="00980A92" w:rsidRDefault="00980A92" w:rsidP="00E04417">
            <w:r>
              <w:rPr>
                <w:sz w:val="18"/>
              </w:rPr>
              <w:t>Guardhouse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E0A8C1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5ADBE94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38.64</w:t>
            </w:r>
          </w:p>
        </w:tc>
      </w:tr>
      <w:tr w:rsidR="00980A92" w14:paraId="140D0B20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2CC30B2" w14:textId="77777777" w:rsidR="00980A92" w:rsidRDefault="00980A92" w:rsidP="00E04417">
            <w:r>
              <w:rPr>
                <w:sz w:val="18"/>
              </w:rPr>
              <w:t>.0070 (B)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E74DB88" w14:textId="77777777" w:rsidR="00980A92" w:rsidRDefault="00980A92" w:rsidP="00E04417">
            <w:r>
              <w:rPr>
                <w:sz w:val="18"/>
              </w:rPr>
              <w:t>Hall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416B318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5E16C85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423.36</w:t>
            </w:r>
          </w:p>
        </w:tc>
      </w:tr>
      <w:tr w:rsidR="00980A92" w14:paraId="44CC7C56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370982D" w14:textId="77777777" w:rsidR="00980A92" w:rsidRDefault="00980A92" w:rsidP="00E04417">
            <w:r>
              <w:rPr>
                <w:sz w:val="18"/>
              </w:rPr>
              <w:t>0008 (B)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18AD01D" w14:textId="77777777" w:rsidR="00980A92" w:rsidRDefault="00980A92" w:rsidP="00E04417">
            <w:r>
              <w:rPr>
                <w:sz w:val="18"/>
              </w:rPr>
              <w:t>Hall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55EB33D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D0F08AB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140.14</w:t>
            </w:r>
          </w:p>
        </w:tc>
      </w:tr>
      <w:tr w:rsidR="00980A92" w14:paraId="2180F7F7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3CABE97" w14:textId="77777777" w:rsidR="00980A92" w:rsidRDefault="00980A92" w:rsidP="00E04417">
            <w:r>
              <w:rPr>
                <w:sz w:val="18"/>
              </w:rPr>
              <w:t>0009 (B2)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3FE8E68" w14:textId="77777777" w:rsidR="00980A92" w:rsidRDefault="00980A92" w:rsidP="00E04417">
            <w:r>
              <w:rPr>
                <w:sz w:val="18"/>
              </w:rPr>
              <w:t>Hall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7AA06D2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0D4745D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166.32</w:t>
            </w:r>
          </w:p>
        </w:tc>
      </w:tr>
      <w:tr w:rsidR="00980A92" w14:paraId="40BA5A96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B59306" w14:textId="77777777" w:rsidR="00980A92" w:rsidRDefault="00980A92" w:rsidP="00E04417">
            <w:r>
              <w:rPr>
                <w:sz w:val="18"/>
              </w:rPr>
              <w:t>0010 (B#)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FD63448" w14:textId="77777777" w:rsidR="00980A92" w:rsidRDefault="00980A92" w:rsidP="00E04417">
            <w:r>
              <w:rPr>
                <w:sz w:val="18"/>
              </w:rPr>
              <w:t>Shelter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7A08599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4321772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63.70</w:t>
            </w:r>
          </w:p>
        </w:tc>
      </w:tr>
      <w:tr w:rsidR="00980A92" w14:paraId="3F3E4027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832152B" w14:textId="77777777" w:rsidR="00980A92" w:rsidRDefault="00980A92" w:rsidP="00E04417">
            <w:r>
              <w:rPr>
                <w:sz w:val="18"/>
              </w:rPr>
              <w:t>0011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462E2F2" w14:textId="77777777" w:rsidR="00980A92" w:rsidRDefault="00980A92" w:rsidP="00E04417">
            <w:r>
              <w:rPr>
                <w:sz w:val="18"/>
              </w:rPr>
              <w:t>Toilet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0A92CF7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52ECB69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86.85</w:t>
            </w:r>
          </w:p>
        </w:tc>
      </w:tr>
      <w:tr w:rsidR="00980A92" w14:paraId="50B50A4F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2FFD2C" w14:textId="77777777" w:rsidR="00980A92" w:rsidRDefault="00980A92" w:rsidP="00E04417">
            <w:r>
              <w:rPr>
                <w:sz w:val="18"/>
              </w:rPr>
              <w:t>.0012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6105522" w14:textId="77777777" w:rsidR="00980A92" w:rsidRDefault="00980A92" w:rsidP="00E04417">
            <w:r>
              <w:rPr>
                <w:sz w:val="18"/>
              </w:rPr>
              <w:t>Kitchen / dining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B9EAC28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13F33DA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248.97</w:t>
            </w:r>
          </w:p>
        </w:tc>
      </w:tr>
      <w:tr w:rsidR="00980A92" w14:paraId="7FBCB27C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C5969EA" w14:textId="77777777" w:rsidR="00980A92" w:rsidRDefault="00980A92" w:rsidP="00E04417">
            <w:r>
              <w:rPr>
                <w:sz w:val="18"/>
              </w:rPr>
              <w:t>.0013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D412175" w14:textId="77777777" w:rsidR="00980A92" w:rsidRDefault="00980A92" w:rsidP="00E04417">
            <w:r>
              <w:rPr>
                <w:sz w:val="18"/>
              </w:rPr>
              <w:t>Shelter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6AD4B1C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1276790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8.96</w:t>
            </w:r>
          </w:p>
        </w:tc>
      </w:tr>
      <w:tr w:rsidR="00980A92" w14:paraId="66A566CA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5184193" w14:textId="77777777" w:rsidR="00980A92" w:rsidRDefault="00980A92" w:rsidP="00E04417">
            <w:r>
              <w:rPr>
                <w:sz w:val="18"/>
              </w:rPr>
              <w:t>.0019 (Ж)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E986811" w14:textId="77777777" w:rsidR="00980A92" w:rsidRDefault="00980A92" w:rsidP="00E04417">
            <w:r>
              <w:rPr>
                <w:sz w:val="18"/>
              </w:rPr>
              <w:t>Toilet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7DD087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59B01EB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21.00</w:t>
            </w:r>
          </w:p>
        </w:tc>
      </w:tr>
      <w:tr w:rsidR="00980A92" w14:paraId="5D27990A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2654C17" w14:textId="77777777" w:rsidR="00980A92" w:rsidRDefault="00980A92" w:rsidP="00E04417">
            <w:r>
              <w:rPr>
                <w:sz w:val="18"/>
              </w:rPr>
              <w:t>.0020 (Z)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3250019" w14:textId="77777777" w:rsidR="00980A92" w:rsidRDefault="00980A92" w:rsidP="00E04417">
            <w:r>
              <w:rPr>
                <w:sz w:val="18"/>
              </w:rPr>
              <w:t>Toilet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D818EB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E4D78FE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67.50</w:t>
            </w:r>
          </w:p>
        </w:tc>
      </w:tr>
      <w:tr w:rsidR="00980A92" w14:paraId="756EAF38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326FCA2" w14:textId="77777777" w:rsidR="00980A92" w:rsidRDefault="00980A92" w:rsidP="00E04417">
            <w:r>
              <w:rPr>
                <w:sz w:val="18"/>
              </w:rPr>
              <w:t>0021 (K)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9B6B130" w14:textId="77777777" w:rsidR="00980A92" w:rsidRDefault="00980A92" w:rsidP="00E04417">
            <w:r>
              <w:rPr>
                <w:sz w:val="18"/>
              </w:rPr>
              <w:t>Toilet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B84C37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50A24A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55.25</w:t>
            </w:r>
          </w:p>
        </w:tc>
      </w:tr>
      <w:tr w:rsidR="00980A92" w14:paraId="6D3DE3D0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244FC58" w14:textId="77777777" w:rsidR="00980A92" w:rsidRDefault="00980A92" w:rsidP="00E04417">
            <w:r>
              <w:rPr>
                <w:sz w:val="18"/>
              </w:rPr>
              <w:t>0022 (L)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B917F55" w14:textId="77777777" w:rsidR="00980A92" w:rsidRDefault="00980A92" w:rsidP="00E04417">
            <w:r>
              <w:rPr>
                <w:sz w:val="18"/>
              </w:rPr>
              <w:t>balcony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7CE9EA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CA9E835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36.00</w:t>
            </w:r>
          </w:p>
        </w:tc>
      </w:tr>
      <w:tr w:rsidR="00980A92" w14:paraId="25AD125B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A5982FE" w14:textId="77777777" w:rsidR="00980A92" w:rsidRDefault="00980A92" w:rsidP="00E04417">
            <w:r>
              <w:rPr>
                <w:sz w:val="18"/>
              </w:rPr>
              <w:t>.0023 (M)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70341C8" w14:textId="77777777" w:rsidR="00980A92" w:rsidRDefault="00980A92" w:rsidP="00E04417">
            <w:r>
              <w:rPr>
                <w:sz w:val="18"/>
              </w:rPr>
              <w:t>Bomb shelter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2FF8B12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86FD38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211.68</w:t>
            </w:r>
          </w:p>
        </w:tc>
      </w:tr>
      <w:tr w:rsidR="00980A92" w14:paraId="479B816B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BA5EBB2" w14:textId="77777777" w:rsidR="00980A92" w:rsidRDefault="00980A92" w:rsidP="00E04417">
            <w:r>
              <w:rPr>
                <w:sz w:val="18"/>
              </w:rPr>
              <w:t>.0024(H-H1), .0026(H2), .0025(H3-H4)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750062C" w14:textId="77777777" w:rsidR="00980A92" w:rsidRDefault="00980A92" w:rsidP="00E04417">
            <w:r>
              <w:rPr>
                <w:sz w:val="18"/>
              </w:rPr>
              <w:t>Sports hall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4099F39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02E345C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2,271.16</w:t>
            </w:r>
          </w:p>
        </w:tc>
      </w:tr>
      <w:tr w:rsidR="00980A92" w14:paraId="430F1655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3C0B11A" w14:textId="77777777" w:rsidR="00980A92" w:rsidRDefault="00980A92" w:rsidP="00E04417">
            <w:r>
              <w:rPr>
                <w:sz w:val="18"/>
              </w:rPr>
              <w:t>.0027(P)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256F403" w14:textId="77777777" w:rsidR="00980A92" w:rsidRDefault="00980A92" w:rsidP="00E04417">
            <w:r>
              <w:rPr>
                <w:sz w:val="18"/>
              </w:rPr>
              <w:t>Administration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DBC817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698129D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861.80</w:t>
            </w:r>
          </w:p>
        </w:tc>
      </w:tr>
      <w:tr w:rsidR="00980A92" w14:paraId="793B335A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4D89A1D" w14:textId="77777777" w:rsidR="00980A92" w:rsidRDefault="00980A92" w:rsidP="00E04417">
            <w:r>
              <w:rPr>
                <w:sz w:val="18"/>
              </w:rPr>
              <w:t>.0029(C)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49D1F34" w14:textId="77777777" w:rsidR="00980A92" w:rsidRDefault="00980A92" w:rsidP="00E04417">
            <w:r>
              <w:rPr>
                <w:sz w:val="18"/>
              </w:rPr>
              <w:t>Training hall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AC2F178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3B671DE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856.88</w:t>
            </w:r>
          </w:p>
        </w:tc>
      </w:tr>
      <w:tr w:rsidR="00980A92" w14:paraId="7C8D2F25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F2DFE80" w14:textId="77777777" w:rsidR="00980A92" w:rsidRDefault="00980A92" w:rsidP="00E04417">
            <w:r>
              <w:rPr>
                <w:sz w:val="18"/>
              </w:rPr>
              <w:t>.0032(P-P1)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89699D" w14:textId="77777777" w:rsidR="00980A92" w:rsidRDefault="00980A92" w:rsidP="00E04417">
            <w:r>
              <w:rPr>
                <w:sz w:val="18"/>
              </w:rPr>
              <w:t>Library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CA58246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483BA40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340.60</w:t>
            </w:r>
          </w:p>
        </w:tc>
      </w:tr>
      <w:tr w:rsidR="00980A92" w14:paraId="7F9D89DA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F568F0F" w14:textId="77777777" w:rsidR="00980A92" w:rsidRDefault="00980A92" w:rsidP="00E04417">
            <w:r>
              <w:rPr>
                <w:sz w:val="18"/>
              </w:rPr>
              <w:t>.0033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6BB0C96" w14:textId="77777777" w:rsidR="00980A92" w:rsidRDefault="00980A92" w:rsidP="00E04417">
            <w:r>
              <w:rPr>
                <w:sz w:val="18"/>
              </w:rPr>
              <w:t>Swimming pool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DEC40A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D137C8A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1,250.00</w:t>
            </w:r>
          </w:p>
        </w:tc>
      </w:tr>
    </w:tbl>
    <w:p w14:paraId="59BE7A96" w14:textId="77777777" w:rsidR="00980A92" w:rsidRDefault="00980A92" w:rsidP="00980A92">
      <w:pPr>
        <w:jc w:val="right"/>
      </w:pPr>
      <w:r>
        <w:rPr>
          <w:b/>
          <w:sz w:val="18"/>
        </w:rPr>
        <w:t>Subtotal: 9,579.11 m²</w:t>
      </w:r>
    </w:p>
    <w:p w14:paraId="7B71B936" w14:textId="77777777" w:rsidR="00980A92" w:rsidRDefault="00980A92" w:rsidP="00980A92">
      <w:r>
        <w:rPr>
          <w:b/>
          <w:sz w:val="22"/>
        </w:rPr>
        <w:t>3.2 Other Main Buildings and Affiliated Structures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00980A92" w14:paraId="720A2202" w14:textId="77777777" w:rsidTr="00E04417">
        <w:trPr>
          <w:cantSplit/>
          <w:tblHeader/>
          <w:jc w:val="center"/>
        </w:trPr>
        <w:tc>
          <w:tcPr>
            <w:tcW w:w="3475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4DB3BF6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3475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9982335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Facility / description</w:t>
            </w:r>
          </w:p>
        </w:tc>
        <w:tc>
          <w:tcPr>
            <w:tcW w:w="3475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8B9619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Area (m²)</w:t>
            </w:r>
          </w:p>
        </w:tc>
      </w:tr>
      <w:tr w:rsidR="00980A92" w14:paraId="6ED34FC3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C79A45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9760023" w14:textId="77777777" w:rsidR="00980A92" w:rsidRDefault="00980A92" w:rsidP="00E04417">
            <w:r>
              <w:rPr>
                <w:sz w:val="18"/>
              </w:rPr>
              <w:t>Building C / Faculty of Romano-Germanic and Slavic Languages. Academic building; construction footprint: 1,617.13 m²; student capacity: 1,000.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EF02BF6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5,854.41</w:t>
            </w:r>
          </w:p>
        </w:tc>
      </w:tr>
      <w:tr w:rsidR="00980A92" w14:paraId="41A4A93C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BA7CC0C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lastRenderedPageBreak/>
              <w:t>2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F4BCAE4" w14:textId="77777777" w:rsidR="00980A92" w:rsidRDefault="00980A92" w:rsidP="00E04417">
            <w:r>
              <w:rPr>
                <w:sz w:val="18"/>
              </w:rPr>
              <w:t>Student Dormitory 3. Residential building; construction footprint: 890.60 m².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B36133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3,562.40</w:t>
            </w:r>
          </w:p>
        </w:tc>
      </w:tr>
      <w:tr w:rsidR="00980A92" w14:paraId="25E88125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4FD361D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111F623" w14:textId="77777777" w:rsidR="00980A92" w:rsidRDefault="00980A92" w:rsidP="00E04417">
            <w:r>
              <w:rPr>
                <w:sz w:val="18"/>
              </w:rPr>
              <w:t>ALTAIIM building. Academic / training facility.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1C835F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566.05</w:t>
            </w:r>
          </w:p>
        </w:tc>
      </w:tr>
      <w:tr w:rsidR="00980A92" w14:paraId="3298AF78" w14:textId="77777777" w:rsidTr="00E04417">
        <w:trPr>
          <w:cantSplit/>
          <w:jc w:val="center"/>
        </w:trPr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3AF33AB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35E0F0C" w14:textId="77777777" w:rsidR="00980A92" w:rsidRDefault="00980A92" w:rsidP="00E04417">
            <w:r>
              <w:rPr>
                <w:sz w:val="18"/>
              </w:rPr>
              <w:t>Summer Camp building structures. Affiliated recreational facility; total Summer Camp territory: 35,000 m².</w:t>
            </w:r>
          </w:p>
        </w:tc>
        <w:tc>
          <w:tcPr>
            <w:tcW w:w="347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A7416B9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761.00</w:t>
            </w:r>
          </w:p>
        </w:tc>
      </w:tr>
    </w:tbl>
    <w:p w14:paraId="26905687" w14:textId="77777777" w:rsidR="00980A92" w:rsidRDefault="00980A92" w:rsidP="00980A92"/>
    <w:p w14:paraId="0A543AE9" w14:textId="77777777" w:rsidR="00980A92" w:rsidRDefault="00980A92" w:rsidP="00980A92"/>
    <w:p w14:paraId="5C64A328" w14:textId="77777777" w:rsidR="00980A92" w:rsidRDefault="00980A92" w:rsidP="00980A92">
      <w:r>
        <w:rPr>
          <w:b/>
          <w:sz w:val="22"/>
        </w:rPr>
        <w:t>3.3 Student Dormitory 1 &amp; 2 Complex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606"/>
        <w:gridCol w:w="2606"/>
        <w:gridCol w:w="2606"/>
        <w:gridCol w:w="2606"/>
      </w:tblGrid>
      <w:tr w:rsidR="00980A92" w14:paraId="7EE08EE3" w14:textId="77777777" w:rsidTr="00E04417">
        <w:trPr>
          <w:cantSplit/>
          <w:tblHeader/>
          <w:jc w:val="center"/>
        </w:trPr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BD41D4F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Code</w:t>
            </w:r>
          </w:p>
        </w:tc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3752921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Building / structure</w:t>
            </w:r>
          </w:p>
        </w:tc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0B7B121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Floors</w:t>
            </w:r>
          </w:p>
        </w:tc>
        <w:tc>
          <w:tcPr>
            <w:tcW w:w="2606" w:type="dxa"/>
            <w:shd w:val="clear" w:color="auto" w:fill="1F4E79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213062C" w14:textId="77777777" w:rsidR="00980A92" w:rsidRDefault="00980A92" w:rsidP="00E04417">
            <w:pPr>
              <w:jc w:val="center"/>
            </w:pPr>
            <w:r>
              <w:rPr>
                <w:b/>
                <w:color w:val="FFFFFF"/>
                <w:sz w:val="18"/>
              </w:rPr>
              <w:t>Area (m²)</w:t>
            </w:r>
          </w:p>
        </w:tc>
      </w:tr>
      <w:tr w:rsidR="00980A92" w14:paraId="12D1CE7F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7D6908E" w14:textId="77777777" w:rsidR="00980A92" w:rsidRDefault="00980A92" w:rsidP="00E04417">
            <w:r>
              <w:rPr>
                <w:sz w:val="18"/>
              </w:rPr>
              <w:t>0001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D745540" w14:textId="77777777" w:rsidR="00980A92" w:rsidRDefault="00980A92" w:rsidP="00E04417">
            <w:r>
              <w:rPr>
                <w:sz w:val="18"/>
              </w:rPr>
              <w:t>Dormitory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2F764E6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7E68D90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1,292.30</w:t>
            </w:r>
          </w:p>
        </w:tc>
      </w:tr>
      <w:tr w:rsidR="00980A92" w14:paraId="304FD446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5EB87F3" w14:textId="77777777" w:rsidR="00980A92" w:rsidRDefault="00980A92" w:rsidP="00E04417">
            <w:r>
              <w:rPr>
                <w:sz w:val="18"/>
              </w:rPr>
              <w:t>0002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7CB3665" w14:textId="77777777" w:rsidR="00980A92" w:rsidRDefault="00980A92" w:rsidP="00E04417">
            <w:r>
              <w:rPr>
                <w:sz w:val="18"/>
              </w:rPr>
              <w:t>Glass porch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9F26E40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47C5183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10.65</w:t>
            </w:r>
          </w:p>
        </w:tc>
      </w:tr>
      <w:tr w:rsidR="00980A92" w14:paraId="1D14290A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18F586D" w14:textId="77777777" w:rsidR="00980A92" w:rsidRDefault="00980A92" w:rsidP="00E04417">
            <w:r>
              <w:rPr>
                <w:sz w:val="18"/>
              </w:rPr>
              <w:t>0003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33FFCA6" w14:textId="77777777" w:rsidR="00980A92" w:rsidRDefault="00980A92" w:rsidP="00E04417">
            <w:r>
              <w:rPr>
                <w:sz w:val="18"/>
              </w:rPr>
              <w:t>Dormitory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8CC6F34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5D30FDB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1,303.20</w:t>
            </w:r>
          </w:p>
        </w:tc>
      </w:tr>
      <w:tr w:rsidR="00980A92" w14:paraId="475C1E26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9772E5D" w14:textId="77777777" w:rsidR="00980A92" w:rsidRDefault="00980A92" w:rsidP="00E04417">
            <w:r>
              <w:rPr>
                <w:sz w:val="18"/>
              </w:rPr>
              <w:t>0003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3A756F" w14:textId="77777777" w:rsidR="00980A92" w:rsidRDefault="00980A92" w:rsidP="00E04417">
            <w:r>
              <w:rPr>
                <w:sz w:val="18"/>
              </w:rPr>
              <w:t>Cellar / basement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9B80063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2F3A05F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1,236.72</w:t>
            </w:r>
          </w:p>
        </w:tc>
      </w:tr>
      <w:tr w:rsidR="00980A92" w14:paraId="17C9F38C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3FD7624" w14:textId="77777777" w:rsidR="00980A92" w:rsidRDefault="00980A92" w:rsidP="00E04417">
            <w:r>
              <w:rPr>
                <w:sz w:val="18"/>
              </w:rPr>
              <w:t>0004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DAA10DB" w14:textId="77777777" w:rsidR="00980A92" w:rsidRDefault="00980A92" w:rsidP="00E04417">
            <w:r>
              <w:rPr>
                <w:sz w:val="18"/>
              </w:rPr>
              <w:t>Transition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05569DE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7CB27FE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46.00</w:t>
            </w:r>
          </w:p>
        </w:tc>
      </w:tr>
      <w:tr w:rsidR="00980A92" w14:paraId="4EB3B6C4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9910525" w14:textId="77777777" w:rsidR="00980A92" w:rsidRDefault="00980A92" w:rsidP="00E04417">
            <w:r>
              <w:rPr>
                <w:sz w:val="18"/>
              </w:rPr>
              <w:t>0005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B7F3AA1" w14:textId="77777777" w:rsidR="00980A92" w:rsidRDefault="00980A92" w:rsidP="00E04417">
            <w:r>
              <w:rPr>
                <w:sz w:val="18"/>
              </w:rPr>
              <w:t>Kitchen building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AF8F254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B755111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524.16</w:t>
            </w:r>
          </w:p>
        </w:tc>
      </w:tr>
      <w:tr w:rsidR="00980A92" w14:paraId="1AECCEFC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F7762E1" w14:textId="77777777" w:rsidR="00980A92" w:rsidRDefault="00980A92" w:rsidP="00E04417">
            <w:r>
              <w:rPr>
                <w:sz w:val="18"/>
              </w:rPr>
              <w:t>0016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2193E3D" w14:textId="77777777" w:rsidR="00980A92" w:rsidRDefault="00980A92" w:rsidP="00E04417">
            <w:r>
              <w:rPr>
                <w:sz w:val="18"/>
              </w:rPr>
              <w:t>Guardhouse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D755E3D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AAD06DB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11.70</w:t>
            </w:r>
          </w:p>
        </w:tc>
      </w:tr>
      <w:tr w:rsidR="00980A92" w14:paraId="1415CC71" w14:textId="77777777" w:rsidTr="00E04417">
        <w:trPr>
          <w:cantSplit/>
          <w:jc w:val="center"/>
        </w:trPr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CD61B5" w14:textId="77777777" w:rsidR="00980A92" w:rsidRDefault="00980A92" w:rsidP="00E04417">
            <w:r>
              <w:rPr>
                <w:sz w:val="18"/>
              </w:rPr>
              <w:t>0017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72A0D29" w14:textId="77777777" w:rsidR="00980A92" w:rsidRDefault="00980A92" w:rsidP="00E04417">
            <w:r>
              <w:rPr>
                <w:sz w:val="18"/>
              </w:rPr>
              <w:t>Swimming pool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3479E69" w14:textId="77777777" w:rsidR="00980A92" w:rsidRDefault="00980A92" w:rsidP="00E04417">
            <w:pPr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260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D94E4AE" w14:textId="77777777" w:rsidR="00980A92" w:rsidRDefault="00980A92" w:rsidP="00E04417">
            <w:pPr>
              <w:jc w:val="right"/>
            </w:pPr>
            <w:r>
              <w:rPr>
                <w:sz w:val="18"/>
              </w:rPr>
              <w:t>70.84</w:t>
            </w:r>
          </w:p>
        </w:tc>
      </w:tr>
    </w:tbl>
    <w:p w14:paraId="2350CDBD" w14:textId="77777777" w:rsidR="00980A92" w:rsidRDefault="00980A92" w:rsidP="00980A92">
      <w:pPr>
        <w:jc w:val="right"/>
      </w:pPr>
      <w:r>
        <w:rPr>
          <w:b/>
          <w:sz w:val="18"/>
        </w:rPr>
        <w:t>Subtotal: 4,495.57 m²</w:t>
      </w:r>
    </w:p>
    <w:p w14:paraId="6DF19876" w14:textId="77777777" w:rsidR="000146E5" w:rsidRDefault="000146E5" w:rsidP="00980A92"/>
    <w:sectPr w:rsidR="000146E5" w:rsidSect="00034616">
      <w:headerReference w:type="default" r:id="rId17"/>
      <w:footerReference w:type="default" r:id="rId18"/>
      <w:pgSz w:w="12240" w:h="15840"/>
      <w:pgMar w:top="850" w:right="907" w:bottom="85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DEB3D" w14:textId="77777777" w:rsidR="00AD25E2" w:rsidRDefault="00AD25E2">
      <w:pPr>
        <w:spacing w:after="0" w:line="240" w:lineRule="auto"/>
      </w:pPr>
      <w:r>
        <w:separator/>
      </w:r>
    </w:p>
  </w:endnote>
  <w:endnote w:type="continuationSeparator" w:id="0">
    <w:p w14:paraId="5A18076B" w14:textId="77777777" w:rsidR="00AD25E2" w:rsidRDefault="00AD2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A10A" w14:textId="77777777" w:rsidR="000146E5" w:rsidRDefault="000146E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D96FC" w14:textId="77777777" w:rsidR="00AD25E2" w:rsidRDefault="00AD25E2">
      <w:pPr>
        <w:spacing w:after="0" w:line="240" w:lineRule="auto"/>
      </w:pPr>
      <w:r>
        <w:separator/>
      </w:r>
    </w:p>
  </w:footnote>
  <w:footnote w:type="continuationSeparator" w:id="0">
    <w:p w14:paraId="2F16CABE" w14:textId="77777777" w:rsidR="00AD25E2" w:rsidRDefault="00AD2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5B0D3" w14:textId="77777777" w:rsidR="000146E5" w:rsidRDefault="000146E5">
    <w:pPr>
      <w:pStyle w:val="a5"/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3216"/>
      <w:gridCol w:w="3216"/>
      <w:gridCol w:w="3216"/>
    </w:tblGrid>
    <w:tr w:rsidR="000146E5" w14:paraId="629BD341" w14:textId="77777777">
      <w:trPr>
        <w:jc w:val="center"/>
      </w:trPr>
      <w:tc>
        <w:tcPr>
          <w:tcW w:w="3216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CD4B93" w14:textId="77777777" w:rsidR="000146E5" w:rsidRDefault="00432EFE">
          <w:r>
            <w:rPr>
              <w:noProof/>
            </w:rPr>
            <w:drawing>
              <wp:inline distT="0" distB="0" distL="0" distR="0" wp14:anchorId="5E3D4A63" wp14:editId="705BB252">
                <wp:extent cx="640080" cy="708302"/>
                <wp:effectExtent l="0" t="0" r="0" b="0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jpe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7083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6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ED8ED5D" w14:textId="77777777" w:rsidR="000146E5" w:rsidRDefault="000146E5" w:rsidP="00980A92"/>
      </w:tc>
      <w:tc>
        <w:tcPr>
          <w:tcW w:w="3216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316F402" w14:textId="77777777" w:rsidR="000146E5" w:rsidRDefault="00432EFE">
          <w:pPr>
            <w:jc w:val="right"/>
          </w:pPr>
          <w:r>
            <w:rPr>
              <w:noProof/>
            </w:rPr>
            <w:drawing>
              <wp:inline distT="0" distB="0" distL="0" distR="0" wp14:anchorId="08D4E562" wp14:editId="6A70A229">
                <wp:extent cx="868680" cy="639634"/>
                <wp:effectExtent l="0" t="0" r="0" b="0"/>
                <wp:docPr id="1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680" cy="639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54483375">
    <w:abstractNumId w:val="8"/>
  </w:num>
  <w:num w:numId="2" w16cid:durableId="518550452">
    <w:abstractNumId w:val="6"/>
  </w:num>
  <w:num w:numId="3" w16cid:durableId="741761107">
    <w:abstractNumId w:val="5"/>
  </w:num>
  <w:num w:numId="4" w16cid:durableId="616568904">
    <w:abstractNumId w:val="4"/>
  </w:num>
  <w:num w:numId="5" w16cid:durableId="1333290137">
    <w:abstractNumId w:val="7"/>
  </w:num>
  <w:num w:numId="6" w16cid:durableId="1888450014">
    <w:abstractNumId w:val="3"/>
  </w:num>
  <w:num w:numId="7" w16cid:durableId="1411077540">
    <w:abstractNumId w:val="2"/>
  </w:num>
  <w:num w:numId="8" w16cid:durableId="534736607">
    <w:abstractNumId w:val="1"/>
  </w:num>
  <w:num w:numId="9" w16cid:durableId="90344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46E5"/>
    <w:rsid w:val="00034616"/>
    <w:rsid w:val="0006063C"/>
    <w:rsid w:val="0015074B"/>
    <w:rsid w:val="0029639D"/>
    <w:rsid w:val="002C0696"/>
    <w:rsid w:val="00326F90"/>
    <w:rsid w:val="00432EFE"/>
    <w:rsid w:val="00980A92"/>
    <w:rsid w:val="009E5E69"/>
    <w:rsid w:val="00AA1D8D"/>
    <w:rsid w:val="00AD25E2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2D5805"/>
  <w14:defaultImageDpi w14:val="300"/>
  <w15:docId w15:val="{A1666CA4-A269-413B-B405-6D653379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hAnsi="Arial"/>
      <w:sz w:val="20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8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80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7B5EA2-7465-48D1-BCCE-4F6B21D5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4</cp:revision>
  <dcterms:created xsi:type="dcterms:W3CDTF">2026-04-30T08:56:00Z</dcterms:created>
  <dcterms:modified xsi:type="dcterms:W3CDTF">2026-05-01T09:56:00Z</dcterms:modified>
</cp:coreProperties>
</file>